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43A83" w14:textId="2E8E97DD" w:rsidR="009A5D73" w:rsidRDefault="00234F6E">
      <w:pPr>
        <w:jc w:val="center"/>
      </w:pPr>
      <w:r>
        <w:rPr>
          <w:b/>
          <w:color w:val="1F2F3E"/>
          <w:sz w:val="48"/>
        </w:rPr>
        <w:t>FACT FINDERS</w:t>
      </w:r>
      <w:r w:rsidR="00FA565E">
        <w:rPr>
          <w:b/>
          <w:color w:val="1F2F3E"/>
          <w:sz w:val="48"/>
        </w:rPr>
        <w:t xml:space="preserve"> (Chasseurs </w:t>
      </w:r>
      <w:proofErr w:type="spellStart"/>
      <w:r w:rsidR="00FA565E">
        <w:rPr>
          <w:b/>
          <w:color w:val="1F2F3E"/>
          <w:sz w:val="48"/>
        </w:rPr>
        <w:t>d’infos</w:t>
      </w:r>
      <w:proofErr w:type="spellEnd"/>
      <w:r w:rsidR="00FA565E">
        <w:rPr>
          <w:b/>
          <w:color w:val="1F2F3E"/>
          <w:sz w:val="48"/>
        </w:rPr>
        <w:t>)</w:t>
      </w:r>
    </w:p>
    <w:p w14:paraId="11F5A6FC" w14:textId="616EA523" w:rsidR="009A5D73" w:rsidRDefault="00234F6E">
      <w:pPr>
        <w:jc w:val="center"/>
      </w:pPr>
      <w:r>
        <w:rPr>
          <w:b/>
          <w:color w:val="B13A35"/>
          <w:sz w:val="24"/>
        </w:rPr>
        <w:t xml:space="preserve">Running dictation / information retrieval </w:t>
      </w:r>
    </w:p>
    <w:p w14:paraId="1813C613" w14:textId="77777777" w:rsidR="009A5D73" w:rsidRDefault="00234F6E">
      <w:r>
        <w:rPr>
          <w:b/>
          <w:color w:val="1F2F3E"/>
          <w:sz w:val="30"/>
        </w:rPr>
        <w:t>Teacher instructions</w:t>
      </w:r>
    </w:p>
    <w:p w14:paraId="49A2870A" w14:textId="1DF754D0" w:rsidR="009A5D73" w:rsidRDefault="00234F6E">
      <w:pPr>
        <w:spacing w:after="100"/>
      </w:pPr>
      <w:r>
        <w:t>• Print or photocopy the ten texts</w:t>
      </w:r>
      <w:r w:rsidR="00FA565E">
        <w:t>, which were generated by ChatGPT</w:t>
      </w:r>
      <w:r>
        <w:t>. Cut them out and pin</w:t>
      </w:r>
      <w:r w:rsidR="00FA565E">
        <w:t xml:space="preserve"> any that you want to use</w:t>
      </w:r>
      <w:r>
        <w:t xml:space="preserve"> </w:t>
      </w:r>
      <w:r>
        <w:t>around the classroom walls</w:t>
      </w:r>
      <w:r>
        <w:t>.</w:t>
      </w:r>
      <w:r w:rsidR="00FA565E">
        <w:t xml:space="preserve"> Edit them as you please.</w:t>
      </w:r>
    </w:p>
    <w:p w14:paraId="7B23770D" w14:textId="77777777" w:rsidR="009A5D73" w:rsidRDefault="00234F6E">
      <w:pPr>
        <w:spacing w:after="100"/>
      </w:pPr>
      <w:r>
        <w:t>• Put students into pairs. Student A is the Fact Finder; Student B is the Recorder. The Fact Finder goes to the text, reads and remembers information, then returns to the partner and reports it in French.</w:t>
      </w:r>
    </w:p>
    <w:p w14:paraId="1A9B278F" w14:textId="7973874E" w:rsidR="009A5D73" w:rsidRDefault="00234F6E">
      <w:pPr>
        <w:spacing w:after="100"/>
      </w:pPr>
      <w:r>
        <w:t xml:space="preserve">• The Recorder stays seated and notes the information in French. The aim is to retrieve the </w:t>
      </w:r>
      <w:r w:rsidRPr="00FA565E">
        <w:rPr>
          <w:b/>
          <w:bCs/>
        </w:rPr>
        <w:t>ten key facts</w:t>
      </w:r>
      <w:r>
        <w:t>; students do not need to reproduce the text word for word.</w:t>
      </w:r>
      <w:r w:rsidR="00FA565E">
        <w:t xml:space="preserve"> They should read out what they found in French. Monitor that French is being used!</w:t>
      </w:r>
    </w:p>
    <w:p w14:paraId="4D4959E9" w14:textId="77777777" w:rsidR="009A5D73" w:rsidRDefault="00234F6E">
      <w:pPr>
        <w:spacing w:after="100"/>
      </w:pPr>
      <w:r>
        <w:t>• Students may make as many journeys as necessary, but they must not take the text from the wall, photograph it or write while standing beside it.</w:t>
      </w:r>
    </w:p>
    <w:p w14:paraId="120B2BFE" w14:textId="77777777" w:rsidR="009A5D73" w:rsidRDefault="00234F6E">
      <w:pPr>
        <w:spacing w:after="100"/>
      </w:pPr>
      <w:r>
        <w:t>• After an agreed time, partners swap roles. Use one text per pair, rotate pairs between texts, or allocate different texts to different groups.</w:t>
      </w:r>
    </w:p>
    <w:p w14:paraId="51A37BC6" w14:textId="77777777" w:rsidR="009A5D73" w:rsidRDefault="00234F6E">
      <w:pPr>
        <w:spacing w:after="100"/>
      </w:pPr>
      <w:r>
        <w:t>• At the end, pairs compare their notes with the original. Award one point for each accurately retrieved fact. Accept wording that communicates the correct information.</w:t>
      </w:r>
    </w:p>
    <w:p w14:paraId="07D0463B" w14:textId="77777777" w:rsidR="009A5D73" w:rsidRDefault="00234F6E">
      <w:pPr>
        <w:spacing w:after="100"/>
      </w:pPr>
      <w:r>
        <w:t>• For extra challenge, remove the title, ask students to reconstruct the information as a short paragraph, or require complete sentences.</w:t>
      </w:r>
    </w:p>
    <w:p w14:paraId="5C22FD1B" w14:textId="2FF86272" w:rsidR="009A5D73" w:rsidRDefault="00234F6E">
      <w:r>
        <w:rPr>
          <w:b/>
        </w:rPr>
        <w:t xml:space="preserve">Suggested timing: </w:t>
      </w:r>
      <w:r w:rsidR="00FA565E">
        <w:t xml:space="preserve">around </w:t>
      </w:r>
      <w:r>
        <w:t>1</w:t>
      </w:r>
      <w:r w:rsidR="00FA565E">
        <w:t>5</w:t>
      </w:r>
      <w:r>
        <w:t xml:space="preserve"> minutes per text. The texts use mainly high-frequency A2</w:t>
      </w:r>
      <w:r w:rsidR="00FA565E">
        <w:t>/GCSE</w:t>
      </w:r>
      <w:r>
        <w:t>.</w:t>
      </w:r>
      <w:r w:rsidR="00FA565E">
        <w:t xml:space="preserve"> Of course, you can generate your own texts based on GCSE topics or anything you like.</w:t>
      </w:r>
    </w:p>
    <w:p w14:paraId="4554CD13" w14:textId="77777777" w:rsidR="009A5D73" w:rsidRDefault="00234F6E">
      <w:r>
        <w:br w:type="page"/>
      </w:r>
    </w:p>
    <w:p w14:paraId="614C2AB1" w14:textId="77777777" w:rsidR="009A5D73" w:rsidRPr="00FA565E" w:rsidRDefault="00234F6E">
      <w:pPr>
        <w:jc w:val="center"/>
        <w:rPr>
          <w:lang w:val="fr-FR"/>
        </w:rPr>
      </w:pPr>
      <w:r w:rsidRPr="00FA565E">
        <w:rPr>
          <w:b/>
          <w:color w:val="B13A35"/>
          <w:lang w:val="fr-FR"/>
        </w:rPr>
        <w:lastRenderedPageBreak/>
        <w:t>FACT FINDER</w:t>
      </w:r>
    </w:p>
    <w:p w14:paraId="420EAB82" w14:textId="5549E37D" w:rsidR="009A5D73" w:rsidRPr="00FA565E" w:rsidRDefault="00234F6E">
      <w:pPr>
        <w:spacing w:after="300"/>
        <w:jc w:val="center"/>
        <w:rPr>
          <w:lang w:val="fr-FR"/>
        </w:rPr>
      </w:pPr>
      <w:r w:rsidRPr="00FA565E">
        <w:rPr>
          <w:b/>
          <w:color w:val="1F2F3E"/>
          <w:sz w:val="36"/>
          <w:lang w:val="fr-FR"/>
        </w:rPr>
        <w:t xml:space="preserve">1. Une journée dans la vie de </w:t>
      </w:r>
      <w:r w:rsidR="00FA565E">
        <w:rPr>
          <w:b/>
          <w:color w:val="1F2F3E"/>
          <w:sz w:val="36"/>
          <w:lang w:val="fr-FR"/>
        </w:rPr>
        <w:t>Léo</w:t>
      </w:r>
    </w:p>
    <w:p w14:paraId="47D66096" w14:textId="0C4F7100" w:rsidR="009A5D73" w:rsidRPr="00FA565E" w:rsidRDefault="00FA565E">
      <w:pPr>
        <w:spacing w:line="324" w:lineRule="auto"/>
        <w:rPr>
          <w:lang w:val="fr-FR"/>
        </w:rPr>
      </w:pPr>
      <w:r>
        <w:rPr>
          <w:sz w:val="26"/>
          <w:lang w:val="fr-FR"/>
        </w:rPr>
        <w:t>Léo</w:t>
      </w:r>
      <w:r w:rsidR="00234F6E" w:rsidRPr="00FA565E">
        <w:rPr>
          <w:sz w:val="26"/>
          <w:lang w:val="fr-FR"/>
        </w:rPr>
        <w:t xml:space="preserve"> a quinze ans et il habite à Nantes avec ses parents et sa petite sœur, Clara. En semaine, il se lève à sept heures. Il va au collège à vélo parce que son école est assez près de chez lui. Les cours commencent à huit heures et demie. Sa matière préférée est l’histoire, mais il n’aime pas beaucoup les maths. À midi, il mange à la cantine avec ses amis. Le mardi, après les cours, il joue au basket pendant une heure. Il rentre normalement chez lui vers dix-sept heures trente. Le soir, il fait ses devoirs avant</w:t>
      </w:r>
      <w:r w:rsidR="00234F6E" w:rsidRPr="00FA565E">
        <w:rPr>
          <w:sz w:val="26"/>
          <w:lang w:val="fr-FR"/>
        </w:rPr>
        <w:t xml:space="preserve"> le dîner. Après le repas, il écoute souvent de la musique ou regarde une série. Il essaie de ne pas utiliser son téléphone trop tard. En général, il se couche à vingt-deux heures trente parce qu’il doit se lever tôt le lendemain.</w:t>
      </w:r>
    </w:p>
    <w:p w14:paraId="0644237A" w14:textId="77777777" w:rsidR="009A5D73" w:rsidRPr="00FA565E" w:rsidRDefault="00234F6E">
      <w:pPr>
        <w:rPr>
          <w:lang w:val="fr-FR"/>
        </w:rPr>
      </w:pPr>
      <w:r w:rsidRPr="00FA565E">
        <w:rPr>
          <w:lang w:val="fr-FR"/>
        </w:rPr>
        <w:br w:type="page"/>
      </w:r>
    </w:p>
    <w:p w14:paraId="7F11AFA5" w14:textId="77777777" w:rsidR="009A5D73" w:rsidRDefault="00234F6E">
      <w:pPr>
        <w:jc w:val="center"/>
      </w:pPr>
      <w:r>
        <w:rPr>
          <w:b/>
          <w:color w:val="B13A35"/>
        </w:rPr>
        <w:lastRenderedPageBreak/>
        <w:t>FACT FINDER</w:t>
      </w:r>
    </w:p>
    <w:p w14:paraId="648C5336" w14:textId="77777777" w:rsidR="009A5D73" w:rsidRDefault="00234F6E">
      <w:pPr>
        <w:spacing w:after="300"/>
        <w:jc w:val="center"/>
      </w:pPr>
      <w:r>
        <w:rPr>
          <w:b/>
          <w:color w:val="1F2F3E"/>
          <w:sz w:val="36"/>
        </w:rPr>
        <w:t>2. Un week-end à Paris</w:t>
      </w:r>
    </w:p>
    <w:p w14:paraId="76612BA3" w14:textId="77777777" w:rsidR="009A5D73" w:rsidRPr="00FA565E" w:rsidRDefault="00234F6E">
      <w:pPr>
        <w:spacing w:line="324" w:lineRule="auto"/>
        <w:rPr>
          <w:lang w:val="fr-FR"/>
        </w:rPr>
      </w:pPr>
      <w:r w:rsidRPr="00FA565E">
        <w:rPr>
          <w:sz w:val="26"/>
          <w:lang w:val="fr-FR"/>
        </w:rPr>
        <w:t>Le mois dernier, Inès est allée à Paris avec sa mère pour passer un week-end. Elles ont pris le train de Lyon à huit heures samedi matin. Leur hôtel était près de la gare de Lyon et coûtait quatre-vingt-dix euros la nuit. Après avoir laissé leurs sacs, elles ont visité le musée du Louvre. À midi, Inès a mangé un sandwich au jambon dans un petit café. L’après-midi, elles ont marché le long de la Seine et elles ont pris beaucoup de photos. Il faisait beau mais assez froid. Le soir, elles ont dîné dans un rest</w:t>
      </w:r>
      <w:r w:rsidRPr="00FA565E">
        <w:rPr>
          <w:sz w:val="26"/>
          <w:lang w:val="fr-FR"/>
        </w:rPr>
        <w:t>aurant italien. Dimanche matin, elles sont montées à la tour Eiffel. Ensuite, Inès a acheté un tee-shirt pour son frère. Elles ont repris le train à dix-huit heures et sont arrivées à Lyon vers vingt heures. Inès était fatiguée mais très contente de son week-end.</w:t>
      </w:r>
    </w:p>
    <w:p w14:paraId="08D3F112" w14:textId="77777777" w:rsidR="009A5D73" w:rsidRPr="00FA565E" w:rsidRDefault="00234F6E">
      <w:pPr>
        <w:rPr>
          <w:lang w:val="fr-FR"/>
        </w:rPr>
      </w:pPr>
      <w:r w:rsidRPr="00FA565E">
        <w:rPr>
          <w:lang w:val="fr-FR"/>
        </w:rPr>
        <w:br w:type="page"/>
      </w:r>
    </w:p>
    <w:p w14:paraId="45D405E6" w14:textId="77777777" w:rsidR="009A5D73" w:rsidRPr="00FA565E" w:rsidRDefault="00234F6E">
      <w:pPr>
        <w:jc w:val="center"/>
        <w:rPr>
          <w:lang w:val="fr-FR"/>
        </w:rPr>
      </w:pPr>
      <w:r w:rsidRPr="00FA565E">
        <w:rPr>
          <w:b/>
          <w:color w:val="B13A35"/>
          <w:lang w:val="fr-FR"/>
        </w:rPr>
        <w:lastRenderedPageBreak/>
        <w:t>FACT FINDER</w:t>
      </w:r>
    </w:p>
    <w:p w14:paraId="71F31188" w14:textId="77777777" w:rsidR="009A5D73" w:rsidRPr="00FA565E" w:rsidRDefault="00234F6E">
      <w:pPr>
        <w:spacing w:after="300"/>
        <w:jc w:val="center"/>
        <w:rPr>
          <w:lang w:val="fr-FR"/>
        </w:rPr>
      </w:pPr>
      <w:r w:rsidRPr="00FA565E">
        <w:rPr>
          <w:b/>
          <w:color w:val="1F2F3E"/>
          <w:sz w:val="36"/>
          <w:lang w:val="fr-FR"/>
        </w:rPr>
        <w:t>3. Mon collège idéal</w:t>
      </w:r>
    </w:p>
    <w:p w14:paraId="14F48B77" w14:textId="77777777" w:rsidR="009A5D73" w:rsidRPr="00FA565E" w:rsidRDefault="00234F6E">
      <w:pPr>
        <w:spacing w:line="324" w:lineRule="auto"/>
        <w:rPr>
          <w:lang w:val="fr-FR"/>
        </w:rPr>
      </w:pPr>
      <w:r w:rsidRPr="00FA565E">
        <w:rPr>
          <w:sz w:val="26"/>
          <w:lang w:val="fr-FR"/>
        </w:rPr>
        <w:t>Pour moi, le collège idéal commencerait à neuf heures, car les élèves seraient moins fatigués le matin. Il y aurait seulement cinq cours par jour et chaque cours durerait cinquante minutes. Ma matière préférée serait l’espagnol parce que j’aime apprendre les langues. Les élèves ne porteraient pas d’uniforme, mais les vêtements devraient être pratiques. À midi, la cantine proposerait trois plats différents, avec toujours une option végétarienne. Il y aurait une grande salle de sport et une piscine. Après les</w:t>
      </w:r>
      <w:r w:rsidRPr="00FA565E">
        <w:rPr>
          <w:sz w:val="26"/>
          <w:lang w:val="fr-FR"/>
        </w:rPr>
        <w:t xml:space="preserve"> cours, on pourrait choisir entre plusieurs clubs, par exemple le théâtre, la musique et le football. Les téléphones seraient interdits pendant les cours. Les professeurs donneraient seulement trente minutes de devoirs par soir. Enfin, les vacances d’été dureraient huit semaines. Ce collège serait moderne, calme et agréable, mais les élèves devraient quand même travailler sérieusement.</w:t>
      </w:r>
    </w:p>
    <w:p w14:paraId="04970DDB" w14:textId="77777777" w:rsidR="009A5D73" w:rsidRPr="00FA565E" w:rsidRDefault="00234F6E">
      <w:pPr>
        <w:rPr>
          <w:lang w:val="fr-FR"/>
        </w:rPr>
      </w:pPr>
      <w:r w:rsidRPr="00FA565E">
        <w:rPr>
          <w:lang w:val="fr-FR"/>
        </w:rPr>
        <w:br w:type="page"/>
      </w:r>
    </w:p>
    <w:p w14:paraId="31FB31D2" w14:textId="77777777" w:rsidR="009A5D73" w:rsidRPr="00FA565E" w:rsidRDefault="00234F6E">
      <w:pPr>
        <w:jc w:val="center"/>
        <w:rPr>
          <w:lang w:val="fr-FR"/>
        </w:rPr>
      </w:pPr>
      <w:r w:rsidRPr="00FA565E">
        <w:rPr>
          <w:b/>
          <w:color w:val="B13A35"/>
          <w:lang w:val="fr-FR"/>
        </w:rPr>
        <w:lastRenderedPageBreak/>
        <w:t>FACT FINDER</w:t>
      </w:r>
    </w:p>
    <w:p w14:paraId="0CB32606" w14:textId="77777777" w:rsidR="009A5D73" w:rsidRPr="00FA565E" w:rsidRDefault="00234F6E">
      <w:pPr>
        <w:spacing w:after="300"/>
        <w:jc w:val="center"/>
        <w:rPr>
          <w:lang w:val="fr-FR"/>
        </w:rPr>
      </w:pPr>
      <w:r w:rsidRPr="00FA565E">
        <w:rPr>
          <w:b/>
          <w:color w:val="1F2F3E"/>
          <w:sz w:val="36"/>
          <w:lang w:val="fr-FR"/>
        </w:rPr>
        <w:t>4. Une semaine sans téléphone</w:t>
      </w:r>
    </w:p>
    <w:p w14:paraId="4FC67AC3" w14:textId="77777777" w:rsidR="009A5D73" w:rsidRPr="00FA565E" w:rsidRDefault="00234F6E">
      <w:pPr>
        <w:spacing w:line="324" w:lineRule="auto"/>
        <w:rPr>
          <w:lang w:val="fr-FR"/>
        </w:rPr>
      </w:pPr>
      <w:r w:rsidRPr="00FA565E">
        <w:rPr>
          <w:sz w:val="26"/>
          <w:lang w:val="fr-FR"/>
        </w:rPr>
        <w:t>Maya, quinze ans, utilise normalement son téléphone environ quatre heures par jour. La semaine dernière, elle a décidé de passer sept jours sans smartphone. Le premier jour, elle a trouvé l’expérience très difficile, surtout parce qu’elle ne pouvait pas envoyer de messages à ses amis. Pour aller au collège, elle a utilisé une vieille montre au lieu de regarder l’heure sur son téléphone. Le soir, elle a lu un roman et elle a joué aux cartes avec son frère. Mercredi, elle est allée courir pendant quarante min</w:t>
      </w:r>
      <w:r w:rsidRPr="00FA565E">
        <w:rPr>
          <w:sz w:val="26"/>
          <w:lang w:val="fr-FR"/>
        </w:rPr>
        <w:t>utes dans le parc. Elle a aussi fait ses devoirs plus rapidement que d’habitude. Le vendredi, ses amis sont venus chez elle pour regarder un film. À la fin de la semaine, Maya a dit qu’elle dormait mieux. Elle a décidé de remettre son téléphone dans sa chambre, mais elle veut maintenant limiter son temps d’écran à deux heures par jour.</w:t>
      </w:r>
    </w:p>
    <w:p w14:paraId="0C6068BA" w14:textId="77777777" w:rsidR="009A5D73" w:rsidRPr="00FA565E" w:rsidRDefault="00234F6E">
      <w:pPr>
        <w:rPr>
          <w:lang w:val="fr-FR"/>
        </w:rPr>
      </w:pPr>
      <w:r w:rsidRPr="00FA565E">
        <w:rPr>
          <w:lang w:val="fr-FR"/>
        </w:rPr>
        <w:br w:type="page"/>
      </w:r>
    </w:p>
    <w:p w14:paraId="699E71E6" w14:textId="77777777" w:rsidR="009A5D73" w:rsidRPr="00FA565E" w:rsidRDefault="00234F6E">
      <w:pPr>
        <w:jc w:val="center"/>
        <w:rPr>
          <w:lang w:val="fr-FR"/>
        </w:rPr>
      </w:pPr>
      <w:r w:rsidRPr="00FA565E">
        <w:rPr>
          <w:b/>
          <w:color w:val="B13A35"/>
          <w:lang w:val="fr-FR"/>
        </w:rPr>
        <w:lastRenderedPageBreak/>
        <w:t>FACT FINDER</w:t>
      </w:r>
    </w:p>
    <w:p w14:paraId="7E846595" w14:textId="77777777" w:rsidR="009A5D73" w:rsidRPr="00FA565E" w:rsidRDefault="00234F6E">
      <w:pPr>
        <w:spacing w:after="300"/>
        <w:jc w:val="center"/>
        <w:rPr>
          <w:lang w:val="fr-FR"/>
        </w:rPr>
      </w:pPr>
      <w:r w:rsidRPr="00FA565E">
        <w:rPr>
          <w:b/>
          <w:color w:val="1F2F3E"/>
          <w:sz w:val="36"/>
          <w:lang w:val="fr-FR"/>
        </w:rPr>
        <w:t>5. Des vacances qui tournent mal</w:t>
      </w:r>
    </w:p>
    <w:p w14:paraId="383A0DF3" w14:textId="77777777" w:rsidR="009A5D73" w:rsidRPr="00FA565E" w:rsidRDefault="00234F6E">
      <w:pPr>
        <w:spacing w:line="324" w:lineRule="auto"/>
        <w:rPr>
          <w:lang w:val="fr-FR"/>
        </w:rPr>
      </w:pPr>
      <w:r w:rsidRPr="00FA565E">
        <w:rPr>
          <w:sz w:val="26"/>
          <w:lang w:val="fr-FR"/>
        </w:rPr>
        <w:t xml:space="preserve">En juillet, Tom est parti en Espagne avec son père et sa sœur. Ils ont pris l’avion de Manchester à Malaga et le vol a duré environ trois heures. Ils avaient réservé un appartement près de la plage pour une semaine. Le premier jour, il faisait trente-deux degrés et ils ont passé l’après-midi au bord de la mer. Malheureusement, le lendemain, Tom a perdu son portefeuille dans un bus. Il avait vingt euros et sa carte bancaire à l’intérieur. Deux jours plus tard, sa sœur est tombée malade et elle a dû rester à </w:t>
      </w:r>
      <w:r w:rsidRPr="00FA565E">
        <w:rPr>
          <w:sz w:val="26"/>
          <w:lang w:val="fr-FR"/>
        </w:rPr>
        <w:t>l’appartement. Puis il a plu pendant toute une journée. Heureusement, le jeudi, la famille a visité un château et Tom a beaucoup aimé la visite. Le dernier soir, ils ont mangé une paella dans un restaurant. Malgré les problèmes, Tom voudrait retourner en Espagne l’année prochaine.</w:t>
      </w:r>
    </w:p>
    <w:p w14:paraId="2635F0D4" w14:textId="77777777" w:rsidR="009A5D73" w:rsidRPr="00FA565E" w:rsidRDefault="00234F6E">
      <w:pPr>
        <w:rPr>
          <w:lang w:val="fr-FR"/>
        </w:rPr>
      </w:pPr>
      <w:r w:rsidRPr="00FA565E">
        <w:rPr>
          <w:lang w:val="fr-FR"/>
        </w:rPr>
        <w:br w:type="page"/>
      </w:r>
    </w:p>
    <w:p w14:paraId="7E64CEC7" w14:textId="77777777" w:rsidR="009A5D73" w:rsidRPr="00FA565E" w:rsidRDefault="00234F6E">
      <w:pPr>
        <w:jc w:val="center"/>
        <w:rPr>
          <w:lang w:val="fr-FR"/>
        </w:rPr>
      </w:pPr>
      <w:r w:rsidRPr="00FA565E">
        <w:rPr>
          <w:b/>
          <w:color w:val="B13A35"/>
          <w:lang w:val="fr-FR"/>
        </w:rPr>
        <w:lastRenderedPageBreak/>
        <w:t>FACT FINDER</w:t>
      </w:r>
    </w:p>
    <w:p w14:paraId="7C5D995B" w14:textId="77777777" w:rsidR="009A5D73" w:rsidRPr="00FA565E" w:rsidRDefault="00234F6E">
      <w:pPr>
        <w:spacing w:after="300"/>
        <w:jc w:val="center"/>
        <w:rPr>
          <w:lang w:val="fr-FR"/>
        </w:rPr>
      </w:pPr>
      <w:r w:rsidRPr="00FA565E">
        <w:rPr>
          <w:b/>
          <w:color w:val="1F2F3E"/>
          <w:sz w:val="36"/>
          <w:lang w:val="fr-FR"/>
        </w:rPr>
        <w:t>6. Une jeune sportive</w:t>
      </w:r>
    </w:p>
    <w:p w14:paraId="2DD13C02" w14:textId="77777777" w:rsidR="009A5D73" w:rsidRPr="00FA565E" w:rsidRDefault="00234F6E">
      <w:pPr>
        <w:spacing w:line="324" w:lineRule="auto"/>
        <w:rPr>
          <w:lang w:val="fr-FR"/>
        </w:rPr>
      </w:pPr>
      <w:r w:rsidRPr="00FA565E">
        <w:rPr>
          <w:sz w:val="26"/>
          <w:lang w:val="fr-FR"/>
        </w:rPr>
        <w:t>Sarah a seize ans et elle habite à Toulouse. Depuis l’âge de neuf ans, elle joue au tennis dans un club près de chez elle. Elle s’entraîne quatre fois par semaine, généralement après les cours. Chaque séance dure environ deux heures. Son entraîneuse s’appelle Mme Garcia et Sarah dit qu’elle est exigeante mais très gentille. Avant un match, Sarah mange souvent des pâtes et des fruits. Elle boit beaucoup d’eau et elle essaie de dormir au moins huit heures par nuit. L’année dernière, elle a gagné un tournoi ré</w:t>
      </w:r>
      <w:r w:rsidRPr="00FA565E">
        <w:rPr>
          <w:sz w:val="26"/>
          <w:lang w:val="fr-FR"/>
        </w:rPr>
        <w:t>gional pour la première fois. Son joueur préféré est Carlos Alcaraz, car elle aime son énergie sur le court. Le mois prochain, Sarah va participer à une compétition à Bordeaux. Plus tard, elle aimerait travailler dans le sport, peut-être comme professeure d’EPS ou entraîneuse de tennis.</w:t>
      </w:r>
    </w:p>
    <w:p w14:paraId="4EF7ED9F" w14:textId="77777777" w:rsidR="009A5D73" w:rsidRPr="00FA565E" w:rsidRDefault="00234F6E">
      <w:pPr>
        <w:rPr>
          <w:lang w:val="fr-FR"/>
        </w:rPr>
      </w:pPr>
      <w:r w:rsidRPr="00FA565E">
        <w:rPr>
          <w:lang w:val="fr-FR"/>
        </w:rPr>
        <w:br w:type="page"/>
      </w:r>
    </w:p>
    <w:p w14:paraId="1863BEE3" w14:textId="77777777" w:rsidR="009A5D73" w:rsidRPr="00FA565E" w:rsidRDefault="00234F6E">
      <w:pPr>
        <w:jc w:val="center"/>
        <w:rPr>
          <w:lang w:val="fr-FR"/>
        </w:rPr>
      </w:pPr>
      <w:r w:rsidRPr="00FA565E">
        <w:rPr>
          <w:b/>
          <w:color w:val="B13A35"/>
          <w:lang w:val="fr-FR"/>
        </w:rPr>
        <w:lastRenderedPageBreak/>
        <w:t>FACT FINDER</w:t>
      </w:r>
    </w:p>
    <w:p w14:paraId="459EC0F0" w14:textId="77777777" w:rsidR="009A5D73" w:rsidRPr="00FA565E" w:rsidRDefault="00234F6E">
      <w:pPr>
        <w:spacing w:after="300"/>
        <w:jc w:val="center"/>
        <w:rPr>
          <w:lang w:val="fr-FR"/>
        </w:rPr>
      </w:pPr>
      <w:r w:rsidRPr="00FA565E">
        <w:rPr>
          <w:b/>
          <w:color w:val="1F2F3E"/>
          <w:sz w:val="36"/>
          <w:lang w:val="fr-FR"/>
        </w:rPr>
        <w:t>7. Une fête d’anniversaire</w:t>
      </w:r>
    </w:p>
    <w:p w14:paraId="765C930C" w14:textId="77777777" w:rsidR="009A5D73" w:rsidRPr="00FA565E" w:rsidRDefault="00234F6E">
      <w:pPr>
        <w:spacing w:line="324" w:lineRule="auto"/>
        <w:rPr>
          <w:lang w:val="fr-FR"/>
        </w:rPr>
      </w:pPr>
      <w:r w:rsidRPr="00FA565E">
        <w:rPr>
          <w:sz w:val="26"/>
          <w:lang w:val="fr-FR"/>
        </w:rPr>
        <w:t>Samedi dernier, Yasmine a fêté ses quinze ans chez elle à Lille. Elle a invité douze amis et la fête a commencé à dix-huit heures. Ses parents avaient décoré le salon avec des ballons rouges et blancs. Au début, les invités ont mangé des pizzas et des chips. Le gâteau était au chocolat, car c’est le dessert préféré de Yasmine. Son amie Chloé lui a offert un bracelet argenté. Après le repas, tout le monde a dansé sur de la musique française et américaine. Vers vingt et une heures, il y a eu une petite surpri</w:t>
      </w:r>
      <w:r w:rsidRPr="00FA565E">
        <w:rPr>
          <w:sz w:val="26"/>
          <w:lang w:val="fr-FR"/>
        </w:rPr>
        <w:t>se : toutes les lumières se sont éteintes pendant dix minutes. Heureusement, le problème a été vite réparé. La fête s’est terminée à vingt-trois heures. Le lendemain matin, Yasmine a aidé ses parents à ranger la maison. Elle a trouvé la soirée excellente.</w:t>
      </w:r>
    </w:p>
    <w:p w14:paraId="588227B9" w14:textId="77777777" w:rsidR="009A5D73" w:rsidRPr="00FA565E" w:rsidRDefault="00234F6E">
      <w:pPr>
        <w:rPr>
          <w:lang w:val="fr-FR"/>
        </w:rPr>
      </w:pPr>
      <w:r w:rsidRPr="00FA565E">
        <w:rPr>
          <w:lang w:val="fr-FR"/>
        </w:rPr>
        <w:br w:type="page"/>
      </w:r>
    </w:p>
    <w:p w14:paraId="143AC17F" w14:textId="77777777" w:rsidR="009A5D73" w:rsidRPr="00FA565E" w:rsidRDefault="00234F6E">
      <w:pPr>
        <w:jc w:val="center"/>
        <w:rPr>
          <w:lang w:val="fr-FR"/>
        </w:rPr>
      </w:pPr>
      <w:r w:rsidRPr="00FA565E">
        <w:rPr>
          <w:b/>
          <w:color w:val="B13A35"/>
          <w:lang w:val="fr-FR"/>
        </w:rPr>
        <w:lastRenderedPageBreak/>
        <w:t>FACT FINDER</w:t>
      </w:r>
    </w:p>
    <w:p w14:paraId="2D1DDE15" w14:textId="77777777" w:rsidR="009A5D73" w:rsidRPr="00FA565E" w:rsidRDefault="00234F6E">
      <w:pPr>
        <w:spacing w:after="300"/>
        <w:jc w:val="center"/>
        <w:rPr>
          <w:lang w:val="fr-FR"/>
        </w:rPr>
      </w:pPr>
      <w:r w:rsidRPr="00FA565E">
        <w:rPr>
          <w:b/>
          <w:color w:val="1F2F3E"/>
          <w:sz w:val="36"/>
          <w:lang w:val="fr-FR"/>
        </w:rPr>
        <w:t>8. Mon petit boulot</w:t>
      </w:r>
    </w:p>
    <w:p w14:paraId="6DDDA744" w14:textId="77777777" w:rsidR="009A5D73" w:rsidRPr="00FA565E" w:rsidRDefault="00234F6E">
      <w:pPr>
        <w:spacing w:line="324" w:lineRule="auto"/>
        <w:rPr>
          <w:lang w:val="fr-FR"/>
        </w:rPr>
      </w:pPr>
      <w:r w:rsidRPr="00FA565E">
        <w:rPr>
          <w:sz w:val="26"/>
          <w:lang w:val="fr-FR"/>
        </w:rPr>
        <w:t xml:space="preserve">Depuis trois mois, Hugo travaille le samedi dans une boulangerie de son quartier. Il commence à huit heures du matin et finit à treize heures. Son travail principal est de servir les clients, mais il doit aussi nettoyer les tables et ranger les produits. Il gagne cinquante euros chaque samedi. Sa collègue préférée s’appelle Nadia, car elle l’aide quand le magasin est très occupé. Hugo aime parler avec les clients, mais il n’aime pas se lever tôt le week-end. Pendant sa pause, il peut manger gratuitement un </w:t>
      </w:r>
      <w:r w:rsidRPr="00FA565E">
        <w:rPr>
          <w:sz w:val="26"/>
          <w:lang w:val="fr-FR"/>
        </w:rPr>
        <w:t>croissant et boire un chocolat chaud. Il économise la moitié de son salaire pour acheter un nouvel ordinateur. Avec le reste, il sort parfois au cinéma avec ses amis. Plus tard, Hugo ne veut pas travailler dans une boulangerie : il aimerait devenir ingénieur.</w:t>
      </w:r>
    </w:p>
    <w:p w14:paraId="6B66BB29" w14:textId="77777777" w:rsidR="009A5D73" w:rsidRPr="00FA565E" w:rsidRDefault="00234F6E">
      <w:pPr>
        <w:rPr>
          <w:lang w:val="fr-FR"/>
        </w:rPr>
      </w:pPr>
      <w:r w:rsidRPr="00FA565E">
        <w:rPr>
          <w:lang w:val="fr-FR"/>
        </w:rPr>
        <w:br w:type="page"/>
      </w:r>
    </w:p>
    <w:p w14:paraId="5F26FD9E" w14:textId="77777777" w:rsidR="009A5D73" w:rsidRPr="00FA565E" w:rsidRDefault="00234F6E">
      <w:pPr>
        <w:jc w:val="center"/>
        <w:rPr>
          <w:lang w:val="fr-FR"/>
        </w:rPr>
      </w:pPr>
      <w:r w:rsidRPr="00FA565E">
        <w:rPr>
          <w:b/>
          <w:color w:val="B13A35"/>
          <w:lang w:val="fr-FR"/>
        </w:rPr>
        <w:lastRenderedPageBreak/>
        <w:t>FACT FINDER</w:t>
      </w:r>
    </w:p>
    <w:p w14:paraId="75DC7BA0" w14:textId="77777777" w:rsidR="009A5D73" w:rsidRPr="00FA565E" w:rsidRDefault="00234F6E">
      <w:pPr>
        <w:spacing w:after="300"/>
        <w:jc w:val="center"/>
        <w:rPr>
          <w:lang w:val="fr-FR"/>
        </w:rPr>
      </w:pPr>
      <w:r w:rsidRPr="00FA565E">
        <w:rPr>
          <w:b/>
          <w:color w:val="1F2F3E"/>
          <w:sz w:val="36"/>
          <w:lang w:val="fr-FR"/>
        </w:rPr>
        <w:t>9. Une famille pas comme les autres</w:t>
      </w:r>
    </w:p>
    <w:p w14:paraId="267F922D" w14:textId="77777777" w:rsidR="009A5D73" w:rsidRPr="00FA565E" w:rsidRDefault="00234F6E">
      <w:pPr>
        <w:spacing w:line="324" w:lineRule="auto"/>
        <w:rPr>
          <w:lang w:val="fr-FR"/>
        </w:rPr>
      </w:pPr>
      <w:r w:rsidRPr="00FA565E">
        <w:rPr>
          <w:sz w:val="26"/>
          <w:lang w:val="fr-FR"/>
        </w:rPr>
        <w:t xml:space="preserve">La famille Benali habite dans une maison à Strasbourg. Il y a cinq personnes dans la famille : les parents, Samira et Karim, et leurs trois enfants. L’aînée, Lina, </w:t>
      </w:r>
      <w:proofErr w:type="spellStart"/>
      <w:r w:rsidRPr="00FA565E">
        <w:rPr>
          <w:sz w:val="26"/>
          <w:lang w:val="fr-FR"/>
        </w:rPr>
        <w:t>a</w:t>
      </w:r>
      <w:proofErr w:type="spellEnd"/>
      <w:r w:rsidRPr="00FA565E">
        <w:rPr>
          <w:sz w:val="26"/>
          <w:lang w:val="fr-FR"/>
        </w:rPr>
        <w:t xml:space="preserve"> dix-sept ans. À la maison, la famille parle français et parfois arabe avec les grands-parents. Karim travaille comme infirmier dans un hôpital, tandis que Samira est professeure dans une école primaire. La famille a aussi un petit chien qui s’appelle Paco. Le vendredi soir, tout le monde essaie de dîner ensemble. Le dimanche, ils rendent souvent visite aux grands-parents, qui habitent à quinze kilomètres. Pendant les vacances d’été, la famille aime voyager en voiture. L’année dernière, ils sont allés en B</w:t>
      </w:r>
      <w:r w:rsidRPr="00FA565E">
        <w:rPr>
          <w:sz w:val="26"/>
          <w:lang w:val="fr-FR"/>
        </w:rPr>
        <w:t>retagne pendant dix jours. Cette année, ils espèrent passer une semaine dans le sud de la France.</w:t>
      </w:r>
    </w:p>
    <w:p w14:paraId="0717954E" w14:textId="77777777" w:rsidR="009A5D73" w:rsidRPr="00FA565E" w:rsidRDefault="00234F6E">
      <w:pPr>
        <w:rPr>
          <w:lang w:val="fr-FR"/>
        </w:rPr>
      </w:pPr>
      <w:r w:rsidRPr="00FA565E">
        <w:rPr>
          <w:lang w:val="fr-FR"/>
        </w:rPr>
        <w:br w:type="page"/>
      </w:r>
    </w:p>
    <w:p w14:paraId="2EC7735B" w14:textId="77777777" w:rsidR="009A5D73" w:rsidRPr="00FA565E" w:rsidRDefault="00234F6E">
      <w:pPr>
        <w:jc w:val="center"/>
        <w:rPr>
          <w:lang w:val="fr-FR"/>
        </w:rPr>
      </w:pPr>
      <w:r w:rsidRPr="00FA565E">
        <w:rPr>
          <w:b/>
          <w:color w:val="B13A35"/>
          <w:lang w:val="fr-FR"/>
        </w:rPr>
        <w:lastRenderedPageBreak/>
        <w:t>FACT FINDER</w:t>
      </w:r>
    </w:p>
    <w:p w14:paraId="34A12F5E" w14:textId="77777777" w:rsidR="009A5D73" w:rsidRPr="00FA565E" w:rsidRDefault="00234F6E">
      <w:pPr>
        <w:spacing w:after="300"/>
        <w:jc w:val="center"/>
        <w:rPr>
          <w:lang w:val="fr-FR"/>
        </w:rPr>
      </w:pPr>
      <w:r w:rsidRPr="00FA565E">
        <w:rPr>
          <w:b/>
          <w:color w:val="1F2F3E"/>
          <w:sz w:val="36"/>
          <w:lang w:val="fr-FR"/>
        </w:rPr>
        <w:t>10. Un geste pour la planète</w:t>
      </w:r>
    </w:p>
    <w:p w14:paraId="26A303AA" w14:textId="77777777" w:rsidR="009A5D73" w:rsidRPr="00FA565E" w:rsidRDefault="00234F6E">
      <w:pPr>
        <w:spacing w:line="324" w:lineRule="auto"/>
        <w:rPr>
          <w:lang w:val="fr-FR"/>
        </w:rPr>
      </w:pPr>
      <w:r w:rsidRPr="00FA565E">
        <w:rPr>
          <w:sz w:val="26"/>
          <w:lang w:val="fr-FR"/>
        </w:rPr>
        <w:t>Au collège de Manon, les élèves ont lancé un projet écologique en septembre. Leur premier objectif est de réduire la quantité de déchets dans l’école. Maintenant, chaque classe a trois poubelles différentes pour mieux recycler. À la cantine, on ne vend plus de bouteilles d’eau en plastique. Les élèves doivent apporter une gourde. Une fois par semaine, la cantine propose aussi un repas sans viande. Manon va au collège en bus, mais deux de ses amis viennent maintenant à vélo. En hiver, l’école baisse le chauf</w:t>
      </w:r>
      <w:r w:rsidRPr="00FA565E">
        <w:rPr>
          <w:sz w:val="26"/>
          <w:lang w:val="fr-FR"/>
        </w:rPr>
        <w:t>fage d’un degré pour économiser de l’énergie. Les élèves ont aussi planté vingt arbres derrière le gymnase. En avril, ils vont organiser une journée pour nettoyer un parc près de l’école. Selon Manon, le projet est utile parce que de petites actions peuvent changer les habitudes de toute une communauté.</w:t>
      </w:r>
    </w:p>
    <w:p w14:paraId="56D0546B" w14:textId="77777777" w:rsidR="009A5D73" w:rsidRPr="00FA565E" w:rsidRDefault="00234F6E">
      <w:pPr>
        <w:rPr>
          <w:lang w:val="fr-FR"/>
        </w:rPr>
      </w:pPr>
      <w:r w:rsidRPr="00FA565E">
        <w:rPr>
          <w:lang w:val="fr-FR"/>
        </w:rPr>
        <w:br w:type="page"/>
      </w:r>
    </w:p>
    <w:p w14:paraId="1143678A" w14:textId="77777777" w:rsidR="009A5D73" w:rsidRDefault="00234F6E">
      <w:pPr>
        <w:jc w:val="center"/>
      </w:pPr>
      <w:r>
        <w:rPr>
          <w:b/>
          <w:color w:val="1F2F3E"/>
          <w:sz w:val="40"/>
        </w:rPr>
        <w:lastRenderedPageBreak/>
        <w:t>FACT FINDERS — TEACHER KEY</w:t>
      </w:r>
    </w:p>
    <w:p w14:paraId="61E7C45D" w14:textId="77777777" w:rsidR="009A5D73" w:rsidRDefault="00234F6E">
      <w:pPr>
        <w:jc w:val="center"/>
      </w:pPr>
      <w:r>
        <w:rPr>
          <w:b/>
        </w:rPr>
        <w:t>The ten target facts for each text</w:t>
      </w:r>
    </w:p>
    <w:p w14:paraId="13651C93" w14:textId="77777777" w:rsidR="009A5D73" w:rsidRPr="00FA565E" w:rsidRDefault="00234F6E">
      <w:pPr>
        <w:spacing w:before="160" w:after="40"/>
        <w:rPr>
          <w:lang w:val="fr-FR"/>
        </w:rPr>
      </w:pPr>
      <w:r w:rsidRPr="00FA565E">
        <w:rPr>
          <w:b/>
          <w:color w:val="B13A35"/>
          <w:sz w:val="24"/>
          <w:lang w:val="fr-FR"/>
        </w:rPr>
        <w:t>1. Une journée dans la vie de Léo</w:t>
      </w:r>
    </w:p>
    <w:p w14:paraId="2905DF63" w14:textId="77777777" w:rsidR="009A5D73" w:rsidRPr="00FA565E" w:rsidRDefault="00234F6E">
      <w:pPr>
        <w:spacing w:line="240" w:lineRule="auto"/>
        <w:rPr>
          <w:lang w:val="fr-FR"/>
        </w:rPr>
      </w:pPr>
      <w:r w:rsidRPr="00FA565E">
        <w:rPr>
          <w:lang w:val="fr-FR"/>
        </w:rPr>
        <w:t>Léo a 15 ans.  •  Il habite à Nantes.  •  Il vit avec ses parents et sa petite sœur Clara.  •  Il se lève à 7 h.  •  Il va au collège à vélo.  •  Les cours commencent à 8 h 30.  •  Sa matière préférée est l’histoire.  •  Il mange à la cantine à midi.  •  Il joue au basket le mardi après les cours.  •  Il se couche à 22 h 30.</w:t>
      </w:r>
    </w:p>
    <w:p w14:paraId="6157A457" w14:textId="77777777" w:rsidR="009A5D73" w:rsidRPr="00FA565E" w:rsidRDefault="00234F6E">
      <w:pPr>
        <w:spacing w:before="160" w:after="40"/>
        <w:rPr>
          <w:lang w:val="fr-FR"/>
        </w:rPr>
      </w:pPr>
      <w:r w:rsidRPr="00FA565E">
        <w:rPr>
          <w:b/>
          <w:color w:val="B13A35"/>
          <w:sz w:val="24"/>
          <w:lang w:val="fr-FR"/>
        </w:rPr>
        <w:t>2. Un week-end à Paris</w:t>
      </w:r>
    </w:p>
    <w:p w14:paraId="7A489377" w14:textId="77777777" w:rsidR="009A5D73" w:rsidRPr="00FA565E" w:rsidRDefault="00234F6E">
      <w:pPr>
        <w:spacing w:line="240" w:lineRule="auto"/>
        <w:rPr>
          <w:lang w:val="fr-FR"/>
        </w:rPr>
      </w:pPr>
      <w:r w:rsidRPr="00FA565E">
        <w:rPr>
          <w:lang w:val="fr-FR"/>
        </w:rPr>
        <w:t>Inès est allée à Paris avec sa mère.  •  Elles sont parties de Lyon à 8 h samedi.  •  L’hôtel était près de la gare de Lyon.  •  L’hôtel coûtait 90 € la nuit.  •  Elles ont visité le Louvre.  •  Inès a mangé un sandwich au jambon à midi.  •  Il faisait beau mais assez froid.  •  Elles ont dîné dans un restaurant italien.  •  Elles sont montées à la tour Eiffel dimanche matin.  •  Elles ont repris le train à 18 h.</w:t>
      </w:r>
    </w:p>
    <w:p w14:paraId="4D4E31B8" w14:textId="77777777" w:rsidR="009A5D73" w:rsidRPr="00FA565E" w:rsidRDefault="00234F6E">
      <w:pPr>
        <w:spacing w:before="160" w:after="40"/>
        <w:rPr>
          <w:lang w:val="fr-FR"/>
        </w:rPr>
      </w:pPr>
      <w:r w:rsidRPr="00FA565E">
        <w:rPr>
          <w:b/>
          <w:color w:val="B13A35"/>
          <w:sz w:val="24"/>
          <w:lang w:val="fr-FR"/>
        </w:rPr>
        <w:t>3. Mon collège idéal</w:t>
      </w:r>
    </w:p>
    <w:p w14:paraId="4BD6327D" w14:textId="77777777" w:rsidR="009A5D73" w:rsidRPr="00FA565E" w:rsidRDefault="00234F6E">
      <w:pPr>
        <w:spacing w:line="240" w:lineRule="auto"/>
        <w:rPr>
          <w:lang w:val="fr-FR"/>
        </w:rPr>
      </w:pPr>
      <w:r w:rsidRPr="00FA565E">
        <w:rPr>
          <w:lang w:val="fr-FR"/>
        </w:rPr>
        <w:t>Le collège commencerait à 9 h.  •  Il y aurait cinq cours par jour.  •  Chaque cours durerait 50 minutes.  •  La matière préférée serait l’espagnol.  •  Il n’y aurait pas d’uniforme.  •  La cantine proposerait trois plats.  •  Il y aurait une piscine.  •  Les téléphones seraient interdits pendant les cours.  •  Il y aurait 30 minutes de devoirs par soir.  •  Les vacances d’été dureraient huit semaines.</w:t>
      </w:r>
    </w:p>
    <w:p w14:paraId="735BCCA9" w14:textId="77777777" w:rsidR="009A5D73" w:rsidRPr="00FA565E" w:rsidRDefault="00234F6E">
      <w:pPr>
        <w:spacing w:before="160" w:after="40"/>
        <w:rPr>
          <w:lang w:val="fr-FR"/>
        </w:rPr>
      </w:pPr>
      <w:r w:rsidRPr="00FA565E">
        <w:rPr>
          <w:b/>
          <w:color w:val="B13A35"/>
          <w:sz w:val="24"/>
          <w:lang w:val="fr-FR"/>
        </w:rPr>
        <w:t>4. Une semaine sans téléphone</w:t>
      </w:r>
    </w:p>
    <w:p w14:paraId="23C754C6" w14:textId="77777777" w:rsidR="009A5D73" w:rsidRPr="00FA565E" w:rsidRDefault="00234F6E">
      <w:pPr>
        <w:spacing w:line="240" w:lineRule="auto"/>
        <w:rPr>
          <w:lang w:val="fr-FR"/>
        </w:rPr>
      </w:pPr>
      <w:r w:rsidRPr="00FA565E">
        <w:rPr>
          <w:lang w:val="fr-FR"/>
        </w:rPr>
        <w:t>Maya a 15 ans.  •  Elle utilise normalement son téléphone environ 4 h par jour.  •  Elle a passé sept jours sans smartphone.  •  Le premier jour a été très difficile.  •  Elle a utilisé une vieille montre pour connaître l’heure.  •  Elle a lu un roman et joué aux cartes avec son frère.  •  Mercredi, elle a couru pendant 40 minutes.  •  Vendredi, ses amis sont venus regarder un film.  •  À la fin de la semaine, elle dormait mieux.  •  Elle veut limiter son temps d’écran à 2 h par jour.</w:t>
      </w:r>
    </w:p>
    <w:p w14:paraId="310C00A1" w14:textId="77777777" w:rsidR="009A5D73" w:rsidRPr="00FA565E" w:rsidRDefault="00234F6E">
      <w:pPr>
        <w:spacing w:before="160" w:after="40"/>
        <w:rPr>
          <w:lang w:val="fr-FR"/>
        </w:rPr>
      </w:pPr>
      <w:r w:rsidRPr="00FA565E">
        <w:rPr>
          <w:b/>
          <w:color w:val="B13A35"/>
          <w:sz w:val="24"/>
          <w:lang w:val="fr-FR"/>
        </w:rPr>
        <w:t>5. Des vacances qui tournent mal</w:t>
      </w:r>
    </w:p>
    <w:p w14:paraId="3480EC04" w14:textId="77777777" w:rsidR="009A5D73" w:rsidRPr="00FA565E" w:rsidRDefault="00234F6E">
      <w:pPr>
        <w:spacing w:line="240" w:lineRule="auto"/>
        <w:rPr>
          <w:lang w:val="fr-FR"/>
        </w:rPr>
      </w:pPr>
      <w:r w:rsidRPr="00FA565E">
        <w:rPr>
          <w:lang w:val="fr-FR"/>
        </w:rPr>
        <w:t>Tom est parti en Espagne avec son père et sa sœur.  •  Ils ont pris l’avion de Manchester à Malaga.  •  Le vol a duré environ trois heures.  •  Ils avaient un appartement près de la plage pour une semaine.  •  Le premier jour, il faisait 32 degrés.  •  Tom a perdu son portefeuille dans un bus.  •  Il avait 20 € et sa carte bancaire dans le portefeuille.  •  Sa sœur est tombée malade.  •  La famille a visité un château jeudi.  •  Le dernier soir, ils ont mangé une paella.</w:t>
      </w:r>
    </w:p>
    <w:p w14:paraId="50EB32E3" w14:textId="77777777" w:rsidR="009A5D73" w:rsidRPr="00FA565E" w:rsidRDefault="00234F6E">
      <w:pPr>
        <w:spacing w:before="160" w:after="40"/>
        <w:rPr>
          <w:lang w:val="fr-FR"/>
        </w:rPr>
      </w:pPr>
      <w:r w:rsidRPr="00FA565E">
        <w:rPr>
          <w:b/>
          <w:color w:val="B13A35"/>
          <w:sz w:val="24"/>
          <w:lang w:val="fr-FR"/>
        </w:rPr>
        <w:t>6. Une jeune sportive</w:t>
      </w:r>
    </w:p>
    <w:p w14:paraId="6A0C1BB5" w14:textId="77777777" w:rsidR="009A5D73" w:rsidRPr="00FA565E" w:rsidRDefault="00234F6E">
      <w:pPr>
        <w:spacing w:line="240" w:lineRule="auto"/>
        <w:rPr>
          <w:lang w:val="fr-FR"/>
        </w:rPr>
      </w:pPr>
      <w:r w:rsidRPr="00FA565E">
        <w:rPr>
          <w:lang w:val="fr-FR"/>
        </w:rPr>
        <w:t>Sarah a 16 ans.  •  Elle habite à Toulouse.  •  Elle joue au tennis depuis l’âge de 9 ans.  •  Elle s’entraîne quatre fois par semaine.  •  Chaque séance dure environ deux heures.  •  Son entraîneuse s’appelle Mme Garcia.  •  Avant un match, elle mange souvent des pâtes et des fruits.  •  Elle a gagné un tournoi régional l’année dernière.  •  Son joueur préféré est Carlos Alcaraz.  •  Le mois prochain, elle participera à une compétition à Bordeaux.</w:t>
      </w:r>
    </w:p>
    <w:p w14:paraId="6D8FE883" w14:textId="77777777" w:rsidR="009A5D73" w:rsidRPr="00FA565E" w:rsidRDefault="00234F6E">
      <w:pPr>
        <w:spacing w:before="160" w:after="40"/>
        <w:rPr>
          <w:lang w:val="fr-FR"/>
        </w:rPr>
      </w:pPr>
      <w:r w:rsidRPr="00FA565E">
        <w:rPr>
          <w:b/>
          <w:color w:val="B13A35"/>
          <w:sz w:val="24"/>
          <w:lang w:val="fr-FR"/>
        </w:rPr>
        <w:t>7. Une fête d’anniversaire</w:t>
      </w:r>
    </w:p>
    <w:p w14:paraId="44D7C9CC" w14:textId="77777777" w:rsidR="009A5D73" w:rsidRPr="00FA565E" w:rsidRDefault="00234F6E">
      <w:pPr>
        <w:spacing w:line="240" w:lineRule="auto"/>
        <w:rPr>
          <w:lang w:val="fr-FR"/>
        </w:rPr>
      </w:pPr>
      <w:r w:rsidRPr="00FA565E">
        <w:rPr>
          <w:lang w:val="fr-FR"/>
        </w:rPr>
        <w:t>Yasmine a fêté ses 15 ans samedi dernier.  •  La fête a eu lieu chez elle à Lille.  •  Elle a invité 12 amis.  •  La fête a commencé à 18 h.  •  Les ballons étaient rouges et blancs.  •  Le gâteau était au chocolat.  •  Chloé lui a offert un bracelet argenté.  •  Les lumières se sont éteintes pendant 10 minutes.  •  La fête s’est terminée à 23 h.  •  Le lendemain, Yasmine a aidé ses parents à ranger.</w:t>
      </w:r>
    </w:p>
    <w:p w14:paraId="256579A4" w14:textId="77777777" w:rsidR="009A5D73" w:rsidRPr="00FA565E" w:rsidRDefault="00234F6E">
      <w:pPr>
        <w:spacing w:before="160" w:after="40"/>
        <w:rPr>
          <w:lang w:val="fr-FR"/>
        </w:rPr>
      </w:pPr>
      <w:r w:rsidRPr="00FA565E">
        <w:rPr>
          <w:b/>
          <w:color w:val="B13A35"/>
          <w:sz w:val="24"/>
          <w:lang w:val="fr-FR"/>
        </w:rPr>
        <w:t>8. Mon petit boulot</w:t>
      </w:r>
    </w:p>
    <w:p w14:paraId="40F85CF3" w14:textId="77777777" w:rsidR="009A5D73" w:rsidRPr="00FA565E" w:rsidRDefault="00234F6E">
      <w:pPr>
        <w:spacing w:line="240" w:lineRule="auto"/>
        <w:rPr>
          <w:lang w:val="fr-FR"/>
        </w:rPr>
      </w:pPr>
      <w:r w:rsidRPr="00FA565E">
        <w:rPr>
          <w:lang w:val="fr-FR"/>
        </w:rPr>
        <w:t xml:space="preserve">Hugo travaille le samedi dans une boulangerie.  •  Il y travaille depuis trois mois.  •  Il travaille de 8 h à 13 h.  •  Il sert les clients, nettoie les tables et range les produits.  •  Il gagne 50 € chaque samedi.  •  Sa collègue préférée s’appelle Nadia.  •  Pendant sa pause, il peut manger un croissant et boire un chocolat </w:t>
      </w:r>
      <w:r w:rsidRPr="00FA565E">
        <w:rPr>
          <w:lang w:val="fr-FR"/>
        </w:rPr>
        <w:lastRenderedPageBreak/>
        <w:t>chaud gratuitement.  •  Il économise la moitié de son salaire pour un ordinateur.  •  Il utilise parfois le reste pour aller au cinéma.  •  Il aimerait devenir ingénieur.</w:t>
      </w:r>
    </w:p>
    <w:p w14:paraId="13129DFD" w14:textId="77777777" w:rsidR="009A5D73" w:rsidRPr="00FA565E" w:rsidRDefault="00234F6E">
      <w:pPr>
        <w:spacing w:before="160" w:after="40"/>
        <w:rPr>
          <w:lang w:val="fr-FR"/>
        </w:rPr>
      </w:pPr>
      <w:r w:rsidRPr="00FA565E">
        <w:rPr>
          <w:b/>
          <w:color w:val="B13A35"/>
          <w:sz w:val="24"/>
          <w:lang w:val="fr-FR"/>
        </w:rPr>
        <w:t>9. Une famille pas comme les autres</w:t>
      </w:r>
    </w:p>
    <w:p w14:paraId="4C439FDE" w14:textId="77777777" w:rsidR="009A5D73" w:rsidRPr="00FA565E" w:rsidRDefault="00234F6E">
      <w:pPr>
        <w:spacing w:line="240" w:lineRule="auto"/>
        <w:rPr>
          <w:lang w:val="fr-FR"/>
        </w:rPr>
      </w:pPr>
      <w:r w:rsidRPr="00FA565E">
        <w:rPr>
          <w:lang w:val="fr-FR"/>
        </w:rPr>
        <w:t>La famille Benali habite à Strasbourg.  •  Il y a cinq personnes dans la famille.  •  Lina, l’aînée, a 17 ans.  •  La famille parle français et parfois arabe.  •  Karim est infirmier.  •  Samira est professeure des écoles.  •  Le chien s’appelle Paco.  •  Le vendredi soir, la famille essaie de dîner ensemble.  •  Les grands-parents habitent à 15 km.  •  L’année dernière, la famille a passé 10 jours en Bretagne.</w:t>
      </w:r>
    </w:p>
    <w:p w14:paraId="5958E0E3" w14:textId="77777777" w:rsidR="009A5D73" w:rsidRPr="00FA565E" w:rsidRDefault="00234F6E">
      <w:pPr>
        <w:spacing w:before="160" w:after="40"/>
        <w:rPr>
          <w:lang w:val="fr-FR"/>
        </w:rPr>
      </w:pPr>
      <w:r w:rsidRPr="00FA565E">
        <w:rPr>
          <w:b/>
          <w:color w:val="B13A35"/>
          <w:sz w:val="24"/>
          <w:lang w:val="fr-FR"/>
        </w:rPr>
        <w:t>10. Un geste pour la planète</w:t>
      </w:r>
    </w:p>
    <w:p w14:paraId="41B84B1E" w14:textId="77777777" w:rsidR="009A5D73" w:rsidRPr="00FA565E" w:rsidRDefault="00234F6E">
      <w:pPr>
        <w:spacing w:line="240" w:lineRule="auto"/>
        <w:rPr>
          <w:lang w:val="fr-FR"/>
        </w:rPr>
      </w:pPr>
      <w:r w:rsidRPr="00FA565E">
        <w:rPr>
          <w:lang w:val="fr-FR"/>
        </w:rPr>
        <w:t>Le projet écologique a commencé en septembre.  •  Son premier objectif est de réduire les déchets.  •  Chaque classe a trois poubelles de recyclage.  •  La cantine ne vend plus de bouteilles d’eau en plastique.  •  Les élèves doivent apporter une gourde.  •  Il y a un repas sans viande une fois par semaine.  •  Manon va au collège en bus.  •  L’école baisse le chauffage d’un degré en hiver.  •  Les élèves ont planté 20 arbres.  •  En avril, ils vont nettoyer un parc près de l’école.</w:t>
      </w:r>
    </w:p>
    <w:sectPr w:rsidR="009A5D73" w:rsidRPr="00FA565E"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FCAE3" w14:textId="77777777" w:rsidR="00234F6E" w:rsidRDefault="00234F6E">
      <w:pPr>
        <w:spacing w:after="0" w:line="240" w:lineRule="auto"/>
      </w:pPr>
      <w:r>
        <w:separator/>
      </w:r>
    </w:p>
  </w:endnote>
  <w:endnote w:type="continuationSeparator" w:id="0">
    <w:p w14:paraId="487FFAF8" w14:textId="77777777" w:rsidR="00234F6E" w:rsidRDefault="00234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556E2" w14:textId="77777777" w:rsidR="009A5D73" w:rsidRDefault="00234F6E">
    <w:pPr>
      <w:pStyle w:val="Footer"/>
      <w:jc w:val="center"/>
    </w:pPr>
    <w:r>
      <w:rPr>
        <w:color w:val="6E6E6E"/>
        <w:sz w:val="16"/>
      </w:rPr>
      <w:t>frenchteacher.net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FF6FB" w14:textId="77777777" w:rsidR="00234F6E" w:rsidRDefault="00234F6E">
      <w:pPr>
        <w:spacing w:after="0" w:line="240" w:lineRule="auto"/>
      </w:pPr>
      <w:r>
        <w:separator/>
      </w:r>
    </w:p>
  </w:footnote>
  <w:footnote w:type="continuationSeparator" w:id="0">
    <w:p w14:paraId="18C213DF" w14:textId="77777777" w:rsidR="00234F6E" w:rsidRDefault="00234F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2620905">
    <w:abstractNumId w:val="8"/>
  </w:num>
  <w:num w:numId="2" w16cid:durableId="1999189102">
    <w:abstractNumId w:val="6"/>
  </w:num>
  <w:num w:numId="3" w16cid:durableId="1424718939">
    <w:abstractNumId w:val="5"/>
  </w:num>
  <w:num w:numId="4" w16cid:durableId="867959201">
    <w:abstractNumId w:val="4"/>
  </w:num>
  <w:num w:numId="5" w16cid:durableId="920993125">
    <w:abstractNumId w:val="7"/>
  </w:num>
  <w:num w:numId="6" w16cid:durableId="2018075327">
    <w:abstractNumId w:val="3"/>
  </w:num>
  <w:num w:numId="7" w16cid:durableId="1178347900">
    <w:abstractNumId w:val="2"/>
  </w:num>
  <w:num w:numId="8" w16cid:durableId="1685863637">
    <w:abstractNumId w:val="1"/>
  </w:num>
  <w:num w:numId="9" w16cid:durableId="1138036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4F6E"/>
    <w:rsid w:val="0029639D"/>
    <w:rsid w:val="00326F90"/>
    <w:rsid w:val="009A5D73"/>
    <w:rsid w:val="00AA1D8D"/>
    <w:rsid w:val="00B47730"/>
    <w:rsid w:val="00CB0664"/>
    <w:rsid w:val="00DF6272"/>
    <w:rsid w:val="00FA56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67DCA5"/>
  <w14:defaultImageDpi w14:val="300"/>
  <w15:docId w15:val="{46427687-08C1-4ABC-A46D-DBBF3D47D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2182</Words>
  <Characters>12441</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Smith</cp:lastModifiedBy>
  <cp:revision>2</cp:revision>
  <dcterms:created xsi:type="dcterms:W3CDTF">2026-09-23T09:47:00Z</dcterms:created>
  <dcterms:modified xsi:type="dcterms:W3CDTF">2026-09-23T09:47:00Z</dcterms:modified>
  <cp:category/>
</cp:coreProperties>
</file>